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F4E78"/>
          <w:sz w:val="40"/>
        </w:rPr>
        <w:t>COMMERCIAL INVOICE</w:t>
      </w:r>
    </w:p>
    <w:p>
      <w:pPr>
        <w:spacing w:after="140"/>
        <w:jc w:val="center"/>
      </w:pPr>
      <w:r>
        <w:rPr>
          <w:i/>
          <w:sz w:val="18"/>
        </w:rPr>
        <w:t>For customs clearance and international trade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7344"/>
      </w:tblGrid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Invoice number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[INV-YYYY-000]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Invoice date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[DD/MM/YYYY]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Order / PO reference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[Reference]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Shipment / AWB number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[Carrier tracking number]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328"/>
            <w:tcMar>
              <w:top w:w="0" w:type="dxa"/>
              <w:start w:w="50" w:type="dxa"/>
              <w:bottom w:w="0" w:type="dxa"/>
              <w:end w:w="50" w:type="dxa"/>
            </w:tcMar>
          </w:tcPr>
          <w:p>
            <w:r/>
          </w:p>
          <w:p>
            <w:pPr>
              <w:spacing w:after="60"/>
            </w:pPr>
            <w:r>
              <w:rPr>
                <w:b/>
                <w:color w:val="1F4E78"/>
                <w:sz w:val="20"/>
              </w:rPr>
              <w:t>SELLER / EXPORTER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Company name: </w:t>
            </w:r>
            <w:r>
              <w:rPr>
                <w:sz w:val="17"/>
              </w:rPr>
              <w:t>[Seller company]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Full address: </w:t>
            </w:r>
            <w:r>
              <w:rPr>
                <w:sz w:val="17"/>
              </w:rPr>
              <w:t>[Street, postal code, city, country]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Contact: </w:t>
            </w:r>
            <w:r>
              <w:rPr>
                <w:sz w:val="17"/>
              </w:rPr>
              <w:t>[Name, phone, e-mail]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EORI number: </w:t>
            </w:r>
            <w:r>
              <w:rPr>
                <w:sz w:val="17"/>
              </w:rPr>
              <w:t>[EORI]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VAT / Tax ID: </w:t>
            </w:r>
            <w:r>
              <w:rPr>
                <w:sz w:val="17"/>
              </w:rPr>
              <w:t>[VAT / Tax ID]</w:t>
            </w:r>
          </w:p>
        </w:tc>
        <w:tc>
          <w:tcPr>
            <w:tcW w:type="dxa" w:w="5328"/>
            <w:tcMar>
              <w:top w:w="0" w:type="dxa"/>
              <w:start w:w="50" w:type="dxa"/>
              <w:bottom w:w="0" w:type="dxa"/>
              <w:end w:w="50" w:type="dxa"/>
            </w:tcMar>
          </w:tcPr>
          <w:p>
            <w:r/>
          </w:p>
          <w:p>
            <w:pPr>
              <w:spacing w:after="60"/>
            </w:pPr>
            <w:r>
              <w:rPr>
                <w:b/>
                <w:color w:val="1F4E78"/>
                <w:sz w:val="20"/>
              </w:rPr>
              <w:t>BUYER / CONSIGNEE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Company / Name: </w:t>
            </w:r>
            <w:r>
              <w:rPr>
                <w:sz w:val="17"/>
              </w:rPr>
              <w:t>[Buyer / Consignee]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Full address: </w:t>
            </w:r>
            <w:r>
              <w:rPr>
                <w:sz w:val="17"/>
              </w:rPr>
              <w:t>[Street, postal code, city, country]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Contact: </w:t>
            </w:r>
            <w:r>
              <w:rPr>
                <w:sz w:val="17"/>
              </w:rPr>
              <w:t>[Name, phone, e-mail]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Importer Tax ID: </w:t>
            </w:r>
            <w:r>
              <w:rPr>
                <w:sz w:val="17"/>
              </w:rPr>
              <w:t>[If applicable]</w:t>
            </w:r>
          </w:p>
          <w:p>
            <w:pPr>
              <w:spacing w:after="20"/>
            </w:pPr>
            <w:r>
              <w:rPr>
                <w:b/>
                <w:sz w:val="17"/>
              </w:rPr>
              <w:t xml:space="preserve">EORI / VAT No.: </w:t>
            </w:r>
            <w:r>
              <w:rPr>
                <w:sz w:val="17"/>
              </w:rPr>
              <w:t>[If applicable]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656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GOODS DETAILS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1080"/>
        <w:gridCol w:w="1296"/>
        <w:gridCol w:w="648"/>
        <w:gridCol w:w="1296"/>
        <w:gridCol w:w="1296"/>
      </w:tblGrid>
      <w:tr>
        <w:tc>
          <w:tcPr>
            <w:tcW w:type="dxa" w:w="1776"/>
            <w:shd w:fill="D9EAF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Detailed description of goods</w:t>
            </w:r>
          </w:p>
        </w:tc>
        <w:tc>
          <w:tcPr>
            <w:tcW w:type="dxa" w:w="1776"/>
            <w:shd w:fill="D9EAF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HS Code</w:t>
            </w:r>
          </w:p>
        </w:tc>
        <w:tc>
          <w:tcPr>
            <w:tcW w:type="dxa" w:w="1776"/>
            <w:shd w:fill="D9EAF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Country of origin</w:t>
            </w:r>
          </w:p>
        </w:tc>
        <w:tc>
          <w:tcPr>
            <w:tcW w:type="dxa" w:w="1776"/>
            <w:shd w:fill="D9EAF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Qty</w:t>
            </w:r>
          </w:p>
        </w:tc>
        <w:tc>
          <w:tcPr>
            <w:tcW w:type="dxa" w:w="1776"/>
            <w:shd w:fill="D9EAF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Unit price</w:t>
            </w:r>
          </w:p>
        </w:tc>
        <w:tc>
          <w:tcPr>
            <w:tcW w:type="dxa" w:w="1776"/>
            <w:shd w:fill="D9EAF7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/>
                <w:sz w:val="16"/>
              </w:rPr>
              <w:t>Total value</w:t>
            </w:r>
          </w:p>
        </w:tc>
      </w:tr>
      <w:tr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[Product, material, intended use]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[XXXXXX]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[Country]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</w:tr>
      <w:tr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[Product, material, intended use]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[XXXXXX]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[Country]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</w:tr>
      <w:tr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[Product, material, intended use]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[XXXXXX]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[Country]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</w:tr>
      <w:tr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6"/>
              </w:rPr>
              <w:t>[Product, material, intended use]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[XXXXXX]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[Country]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  <w:tc>
          <w:tcPr>
            <w:tcW w:type="dxa" w:w="177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center"/>
            </w:pPr>
            <w:r/>
            <w:r>
              <w:rPr>
                <w:rFonts w:ascii="Arial" w:hAnsi="Arial"/>
                <w:b w:val="0"/>
                <w:sz w:val="16"/>
              </w:rPr>
              <w:t>[ 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656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VALUE, SHIPPING &amp; DELIVERY TERMS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7344"/>
      </w:tblGrid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Subtotal - goods value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Freight / shipping charges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Insurance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Other charges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TOTAL INVOICE VALUE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Currency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[EUR / USD / GBP / ...]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Incoterm® 2020 + named place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[DAP / DDP / FCA / EXW / ...] - [Place, country]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656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SHIPMENT INFORMATION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7344"/>
      </w:tblGrid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Number of packages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Gross weight / Net weight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 kg / [ ] kg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Country of export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Country of destination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Reason for export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Sale of goods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Terms of payment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[Bank transfer / Card / Other]</w:t>
            </w:r>
          </w:p>
        </w:tc>
      </w:tr>
    </w:tbl>
    <w:p>
      <w:pPr>
        <w:spacing w:after="20"/>
      </w:pP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584"/>
      </w:tblGrid>
      <w:tr>
        <w:tc>
          <w:tcPr>
            <w:tcW w:type="dxa" w:w="10656"/>
            <w:shd w:fill="1F4E7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color w:val="FFFFFF"/>
                <w:sz w:val="20"/>
              </w:rPr>
              <w:t>DECLARATION</w:t>
            </w:r>
          </w:p>
        </w:tc>
      </w:tr>
    </w:tbl>
    <w:p>
      <w:pPr>
        <w:spacing w:after="80" w:before="60"/>
      </w:pPr>
      <w:r>
        <w:rPr>
          <w:sz w:val="18"/>
        </w:rPr>
        <w:t>I hereby certify that the information contained in this commercial invoice is true and correct and that the values shown represent the actual transaction value of the goods for customs purposes.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240"/>
        <w:gridCol w:w="7344"/>
      </w:tblGrid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Name and title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Place and date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t>[ ]</w:t>
            </w:r>
          </w:p>
        </w:tc>
      </w:tr>
      <w:tr>
        <w:tc>
          <w:tcPr>
            <w:tcW w:type="dxa" w:w="5328"/>
            <w:shd w:fill="EAF2F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/>
                <w:sz w:val="18"/>
              </w:rPr>
              <w:t>Signature</w:t>
            </w:r>
          </w:p>
        </w:tc>
        <w:tc>
          <w:tcPr>
            <w:tcW w:type="dxa" w:w="532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</w:tcPr>
          <w:p>
            <w:pPr>
              <w:spacing w:after="0" w:before="0"/>
              <w:jc w:val="left"/>
            </w:pPr>
            <w:r/>
            <w:r>
              <w:rPr>
                <w:rFonts w:ascii="Arial" w:hAnsi="Arial"/>
                <w:b w:val="0"/>
                <w:sz w:val="18"/>
              </w:rPr>
              <w:br/>
              <w:br/>
            </w:r>
          </w:p>
        </w:tc>
      </w:tr>
    </w:tbl>
    <w:sectPr w:rsidR="00FC693F" w:rsidRPr="0006063C" w:rsidSect="00034616">
      <w:footerReference w:type="default" r:id="rId9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Commercial Invoice - document for customs clearance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