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6"/>
        </w:rPr>
        <w:t>PROFORMA INVOICE</w:t>
      </w:r>
    </w:p>
    <w:p>
      <w:pPr>
        <w:jc w:val="center"/>
      </w:pPr>
      <w:r>
        <w:rPr>
          <w:i/>
          <w:sz w:val="18"/>
        </w:rPr>
        <w:t>Non-accounting document - For customs purposes only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Proforma invoice No.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[PF-YYYY-000]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[DD/MM/YYYY]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Shipment reference / AWB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[Tracking / AWB number]</w:t>
            </w:r>
            <w:r>
              <w:rPr>
                <w:b w:val="0"/>
                <w:sz w:val="18"/>
              </w:rPr>
            </w:r>
          </w:p>
        </w:tc>
      </w:tr>
    </w:tbl>
    <w:p>
      <w:pPr>
        <w:spacing w:before="100" w:after="60"/>
      </w:pPr>
      <w:r>
        <w:rPr>
          <w:b/>
          <w:color w:val="1F4E79"/>
          <w:sz w:val="21"/>
        </w:rPr>
        <w:t>EXPORTER / SHIPPER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Company name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[Company name]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Full address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[Address, postal code, city, country]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Contact</w:t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[Name, phone, email]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EORI No.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[FR…]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VAT No.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[FR…]</w:t>
            </w:r>
          </w:p>
        </w:tc>
      </w:tr>
    </w:tbl>
    <w:p>
      <w:pPr>
        <w:spacing w:before="100" w:after="60"/>
      </w:pPr>
      <w:r>
        <w:rPr>
          <w:b/>
          <w:color w:val="1F4E79"/>
          <w:sz w:val="21"/>
        </w:rPr>
        <w:t>CONSIGNEE / RECIPIENT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Company name / Nom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[Recipient]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Full address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[Address, postal code, city, country]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Contact</w:t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[Name, phone, email]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Importer identification No.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[Tax / VAT / other ID, if applicable]</w:t>
            </w:r>
            <w:r>
              <w:rPr>
                <w:b w:val="0"/>
                <w:sz w:val="18"/>
              </w:rPr>
            </w:r>
          </w:p>
        </w:tc>
      </w:tr>
    </w:tbl>
    <w:p>
      <w:pPr>
        <w:spacing w:before="100" w:after="60"/>
      </w:pPr>
      <w:r>
        <w:rPr>
          <w:b/>
          <w:color w:val="1F4E79"/>
          <w:sz w:val="21"/>
        </w:rPr>
        <w:t>REASON FOR EXPORT</w:t>
      </w:r>
    </w:p>
    <w:p>
      <w:pPr>
        <w:spacing w:after="80"/>
      </w:pPr>
      <w:r>
        <w:rPr>
          <w:sz w:val="18"/>
        </w:rPr>
        <w:t>☐ Samples     ☐ Gift     ☐ Return of goods     ☐ Repair     ☐ Loan / exhibition     ☐ Personal effects     ☐ Other: __________</w:t>
      </w:r>
    </w:p>
    <w:p>
      <w:pPr>
        <w:spacing w:before="100" w:after="60"/>
      </w:pPr>
      <w:r>
        <w:rPr>
          <w:b/>
          <w:color w:val="1F4E79"/>
          <w:sz w:val="21"/>
        </w:rPr>
        <w:t>GOODS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1440"/>
        <w:gridCol w:w="1224"/>
        <w:gridCol w:w="648"/>
        <w:gridCol w:w="1512"/>
        <w:gridCol w:w="1512"/>
      </w:tblGrid>
      <w:tr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9"/>
          </w:tcPr>
          <w:p>
            <w:pPr>
              <w:spacing w:after="0"/>
            </w:pPr>
            <w:r>
              <w:rPr>
                <w:color w:val="FFFFFF"/>
              </w:rPr>
              <w:t>Detailed description</w:t>
            </w:r>
            <w:r>
              <w:rPr>
                <w:b/>
                <w:color w:val="FFFFFF"/>
                <w:sz w:val="16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9"/>
          </w:tcPr>
          <w:p>
            <w:pPr>
              <w:spacing w:after="0"/>
            </w:pPr>
            <w:r>
              <w:rPr>
                <w:color w:val="FFFFFF"/>
              </w:rPr>
              <w:t>HS code</w:t>
            </w:r>
            <w:r>
              <w:rPr>
                <w:b/>
                <w:color w:val="FFFFFF"/>
                <w:sz w:val="16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9"/>
          </w:tcPr>
          <w:p>
            <w:pPr>
              <w:spacing w:after="0"/>
            </w:pPr>
            <w:r>
              <w:rPr>
                <w:color w:val="FFFFFF"/>
              </w:rPr>
              <w:t>Country of origin</w:t>
            </w:r>
            <w:r>
              <w:rPr>
                <w:b/>
                <w:color w:val="FFFFFF"/>
                <w:sz w:val="16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9"/>
          </w:tcPr>
          <w:p>
            <w:pPr>
              <w:spacing w:after="0"/>
            </w:pPr>
            <w:r>
              <w:rPr>
                <w:color w:val="FFFFFF"/>
              </w:rPr>
              <w:t>Qty</w:t>
            </w:r>
            <w:r>
              <w:rPr>
                <w:b/>
                <w:color w:val="FFFFFF"/>
                <w:sz w:val="16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9"/>
          </w:tcPr>
          <w:p>
            <w:pPr>
              <w:spacing w:after="0"/>
            </w:pPr>
            <w:r>
              <w:rPr>
                <w:color w:val="FFFFFF"/>
              </w:rPr>
              <w:t>Unit value</w:t>
            </w:r>
            <w:r>
              <w:rPr>
                <w:b/>
                <w:color w:val="FFFFFF"/>
                <w:sz w:val="16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9"/>
          </w:tcPr>
          <w:p>
            <w:pPr>
              <w:spacing w:after="0"/>
            </w:pPr>
            <w:r>
              <w:rPr>
                <w:color w:val="FFFFFF"/>
              </w:rPr>
              <w:t>Total value</w:t>
            </w:r>
            <w:r>
              <w:rPr>
                <w:b/>
                <w:color w:val="FFFFFF"/>
                <w:sz w:val="16"/>
              </w:rPr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[Product, material, intended use]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[XXXXXX]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[Country]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[Product, material, intended use]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[XXXXXX]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[Country]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[Product, material, intended use]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[XXXXXX]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[Country]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</w:tr>
      <w:tr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[Product, material, intended use]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[XXXXXX]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[Country]</w:t>
            </w:r>
            <w:r>
              <w:rPr>
                <w:b w:val="0"/>
                <w:sz w:val="17"/>
              </w:rPr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[ ] €</w:t>
            </w:r>
          </w:p>
        </w:tc>
      </w:tr>
    </w:tbl>
    <w:p>
      <w:pPr>
        <w:spacing w:before="100" w:after="60"/>
      </w:pPr>
      <w:r>
        <w:rPr>
          <w:b/>
          <w:color w:val="1F4E79"/>
          <w:sz w:val="21"/>
        </w:rPr>
        <w:t>VALUE &amp; SHIPPING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Total value marchandises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Shipping charges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Other charges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Total declared value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Currency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[EUR / USD / …]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Number of packages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Gross weight / Net weight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 kg / [ ] kg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Incoterm® + place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[DAP / DDP / FCA / EXW…] - [City, country]</w:t>
            </w: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Country of destination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</w:tbl>
    <w:p>
      <w:pPr>
        <w:spacing w:before="100" w:after="60"/>
      </w:pPr>
      <w:r>
        <w:rPr>
          <w:b/>
          <w:color w:val="1F4E79"/>
          <w:sz w:val="21"/>
        </w:rPr>
        <w:t>DECLARATION</w:t>
      </w:r>
    </w:p>
    <w:p>
      <w:pPr>
        <w:spacing w:after="80"/>
      </w:pPr>
      <w:r>
        <w:rPr>
          <w:sz w:val="18"/>
        </w:rPr>
        <w:t>I hereby certify that the information provided on this proforma invoice is true and correct and that the values stated represent the actual value of the goods for customs purposes.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Name and position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>
              <w:t>Place and date</w:t>
            </w:r>
            <w:r>
              <w:rPr>
                <w:b/>
                <w:sz w:val="18"/>
              </w:rPr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9EAF7"/>
          </w:tcPr>
          <w:p>
            <w:pPr>
              <w:spacing w:after="0"/>
            </w:pPr>
            <w:r/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51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5"/>
      </w:rPr>
      <w:t>Proforma invoice - document to accompany customs formalities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